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למנהיגות, שלום וצניעות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בהקשר של סיפורו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אדם שמוביל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של שקט ושיתוף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הנבחרים של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היה מוכר כמנהיג צנוע ולא מתרברב.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הסכם שלום הוא כשמדינות מסכימות לחיות בשלום.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שמוביל 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(בית הנבחרים של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(תעודה או מתנה על הישג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(יחס טוב לאדם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במילה שלום בהקשר נכון, למשל על שתי מדינות או אנשים.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נכונות עם פירוש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שההסכם הוא מסמך שמוביל לשלום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המראה הבנה של המושג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הכרטיסים מהדף ולבקש מהתלמידים לנחש את הפירוש לפני חשיפתו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הגיה חוזרת של המילים בקול, בעיקר עבור תלמידים שעברית אינה שפת אמם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משחק זיכרון עם המילים והפירושים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מילים חדשות הקשורות למנהיג ישראלי בשם מנחם בגין, שהיה ידוע בצניעותו ובמאמציו להשיג 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גבול  ·  מנהיג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'מנהיג'?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אדם שמוביל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אדם שגר בבית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אדם שאוהב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'שלום'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מריבה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 של שקט ושיתוף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'כנסת'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הנבחרים של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חנות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היה ידוע כאדם צנוע שחי בפשטות.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הסכם שלום הוא כשמדינה אחת תוקפת מדינה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אדם שמוביל קבוצה או 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קו המפריד בין ישראל למדינה שכנה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בית הנבחרים של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 שמוביל 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תעודה או מתנה על הישג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יחס טוב לאדם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תשתמשו במילה 'שלום'.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 ופרשו אותן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'שלום' ל'הסכם'?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חדשות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