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חדשות -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הקשורות למנהיגות, שלום וצניעות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המילים בהקשר של סיפורו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החדשות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הפירוש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אדם שמוביל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מצב של שקט ושיתוף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בית הנבחרים של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יום שבו אנשים בוחרים מנהיגים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להיות פשוט ולא להתרברב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בואם של יהודים לגור בישראל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היה מוכר כמנהיג צנוע ולא מתרברב.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הסכם שלום הוא כשמדינות מסכימות לחיות בשלום.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זכה בפרס נחשב על פעולותיו לשלום.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הנכונה של המילה.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כבוד הוא יחס טוב וחיובי לאדם אחר.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מנהיג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צניעות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(אדם שמוביל אנשים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(בית הנבחרים של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(מצב של שקט בין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(תעודה או מתנה על הישג 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(יחס טוב לאדם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(בואם של יהודים לגור בישראל)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המשתמש במילה שלום בהקשר נכון, למשל על שתי מדינות או אנשים.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הגיוני המזכיר את בית הנבחרים של ישראל.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שצניעות מראה כבוד לאחרים ועוזרת למנהיג להיות קרוב לאנשים ולא להתנשא.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מילים נכונות עם פירוש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שההסכם הוא מסמך שמוביל לשלום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המראה הבנה של המושג 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הכרטיסים מהדף ולבקש מהתלמידים לנחש את הפירוש לפני חשיפתו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הגיה חוזרת של המילים בקול, בעיקר עבור תלמידים שעברית אינה שפת אמם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לזוגות לתרגול משחק זיכרון עם המילים והפירושים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חדשות -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מילים חדשות. המילים קשורות לאיש בשם מנחם בגין. הוא היה מנהיג. הוא רצה שלום בין מדינות.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מַנְהִיג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שמוביל אנשים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כְּנֶסֶת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הנבחרים של מדינת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בְּחִירוֹת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שבו אנשים בוחרים מנהיגים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הֶסְכֵּם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כשאנשים או מדינות מסכימים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צְנִיעוּת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להיות פשוט, לא להתגאות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עֲלִיָּה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כשיהודים באים לגור בישראל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כָּבוֹד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 טוב לאדם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גְּבוּל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שמפריד בין שתי מדינות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הפירוש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'מנהיג'?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אדם שמוביל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אדם שגר בבית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אדם שאוהב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אדם שעובד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'שלום'?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מריבה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 של שקט ושיתוף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'כנסת'?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הנבחרים של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חנות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נהר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ב'בחירות'?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שבו קונים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שבו אנשים בוחרים מנהיגים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'צניעות'?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להתגאות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פשוט ולא להתרברב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הרבה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'עלייה'?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לעלות במדרגות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בואם של יהודים לגור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לטוס במטוס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לעלות בהר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היה ידוע כאדם צנוע שחי בפשטות.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שלום הוא כשמדינה אחת תוקפת מדינה אחרת.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קיבל פרס חשוב על תרומתו לשלום.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גבול הוא קו המפריד בין שתי מדינות.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כבוד פירושו להתייחס לאדם אחר בצורה לא יפה.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אדם שמוביל קבוצה או מדינה.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ביום ה__________ אנשים הולכים להצביע ולבחור מנהיגים.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מנחם בגין חתם על __________ שלום עם מדינה שכנה.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קו המפריד בין ישראל למדינה שכנה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אדם שגר בפשטות ולא מתרברב נחשב לאדם בעל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מנהיג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תעודה או מתנה על הישג 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כנסת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בואם של יהודים לגור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יחס טוב לאדם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אדם שמוביל אנשים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מצב של שקט בין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עלייה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בית הנבחרים של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שבו תשתמשו במילה 'שלום'.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שבו תשתמשו במילה 'כנסת'.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בכמה מילים למה חשוב שמנהיג יהיה צנוע.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חדשות שלמדתם היום ופרשו אותן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'שלום' ל'הסכם'?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שבו חשוב להראות 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חדשות -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